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Návod k obsluze</w:t>
      </w:r>
    </w:p>
    <w:p>
      <w:pPr>
        <w:pStyle w:val="Subtitle"/>
        <w:jc w:val="center"/>
      </w:pPr>
      <w:r>
        <w:t>Přenosný elektrický kávovar na espresso</w:t>
      </w:r>
    </w:p>
    <w:p>
      <w:pPr>
        <w:jc w:val="center"/>
      </w:pPr>
      <w:r>
        <w:rPr>
          <w:b/>
          <w:color w:val="254A40"/>
          <w:sz w:val="26"/>
        </w:rPr>
        <w:t>Model KF-JN-02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8958"/>
            <w:shd w:fill="F3E8E5"/>
            <w:tcMar>
              <w:top w:w="160" w:type="dxa"/>
              <w:start w:w="180" w:type="dxa"/>
              <w:bottom w:w="160" w:type="dxa"/>
              <w:end w:w="180" w:type="dxa"/>
            </w:tcMar>
          </w:tcPr>
          <w:p>
            <w:pPr>
              <w:jc w:val="center"/>
            </w:pPr>
            <w:r>
              <w:rPr>
                <w:b/>
                <w:color w:val="91382E"/>
              </w:rPr>
              <w:t>UPOZORNĚNÍ: Hlavní část přístroje se nesmí ponořovat do vody ani mýt pod tekoucí vodou.</w:t>
            </w:r>
          </w:p>
        </w:tc>
      </w:tr>
    </w:tbl>
    <w:p>
      <w:pPr>
        <w:spacing w:before="160" w:after="160"/>
      </w:pPr>
      <w:r>
        <w:t>Před prvním použitím si pečlivě přečtěte tento návod a uschovejte jej pro budoucí použití.</w:t>
      </w:r>
    </w:p>
    <w:p>
      <w:pPr>
        <w:pStyle w:val="Heading1"/>
      </w:pPr>
      <w:r>
        <w:t>1. Popis zařízení</w:t>
      </w:r>
    </w:p>
    <w:p>
      <w:pPr>
        <w:pStyle w:val="ListBullet"/>
        <w:spacing w:after="30"/>
      </w:pPr>
      <w:r>
        <w:t>Víčko</w:t>
      </w:r>
    </w:p>
    <w:p>
      <w:pPr>
        <w:pStyle w:val="ListBullet"/>
        <w:spacing w:after="30"/>
      </w:pPr>
      <w:r>
        <w:t>Nádržka na vodu</w:t>
      </w:r>
    </w:p>
    <w:p>
      <w:pPr>
        <w:pStyle w:val="ListBullet"/>
        <w:spacing w:after="30"/>
      </w:pPr>
      <w:r>
        <w:t>Hlavní jednotka</w:t>
      </w:r>
    </w:p>
    <w:p>
      <w:pPr>
        <w:pStyle w:val="ListBullet"/>
        <w:spacing w:after="30"/>
      </w:pPr>
      <w:r>
        <w:t>Tlačítko zapnutí/vypnutí</w:t>
      </w:r>
    </w:p>
    <w:p>
      <w:pPr>
        <w:pStyle w:val="ListBullet"/>
        <w:spacing w:after="30"/>
      </w:pPr>
      <w:r>
        <w:t>Nabíjecí port USB-C</w:t>
      </w:r>
    </w:p>
    <w:p>
      <w:pPr>
        <w:pStyle w:val="ListBullet"/>
        <w:spacing w:after="30"/>
      </w:pPr>
      <w:r>
        <w:t>Šálek</w:t>
      </w:r>
    </w:p>
    <w:p>
      <w:pPr>
        <w:pStyle w:val="ListBullet"/>
        <w:spacing w:after="30"/>
      </w:pPr>
      <w:r>
        <w:t>Protiskluzová podložka</w:t>
      </w:r>
    </w:p>
    <w:p>
      <w:pPr>
        <w:pStyle w:val="ListBullet"/>
        <w:spacing w:after="30"/>
      </w:pPr>
      <w:r>
        <w:t>Držák malé kapsle</w:t>
      </w:r>
    </w:p>
    <w:p>
      <w:pPr>
        <w:pStyle w:val="ListBullet"/>
        <w:spacing w:after="30"/>
      </w:pPr>
      <w:r>
        <w:t>Držák velké kapsle</w:t>
      </w:r>
    </w:p>
    <w:p>
      <w:pPr>
        <w:pStyle w:val="ListBullet"/>
        <w:spacing w:after="30"/>
      </w:pPr>
      <w:r>
        <w:t>Držák na mletou kávu</w:t>
      </w:r>
    </w:p>
    <w:p>
      <w:pPr>
        <w:pStyle w:val="Heading1"/>
      </w:pPr>
      <w:r>
        <w:t>2. Technické parametry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3572"/>
            <w:shd w:fill="3760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Parametr</w:t>
            </w:r>
          </w:p>
        </w:tc>
        <w:tc>
          <w:tcPr>
            <w:tcW w:type="dxa" w:w="5386"/>
            <w:shd w:fill="3760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Hodnota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Model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KF-JN-02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Rozměry výrobku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83,5 × 83,5 × 245,5 mm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Objem šálku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120 ml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Rozměry balení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271 × 90 × 90 mm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Nabíjecí napětí / proud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5 V / 2 A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Materiál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ABS + nerezová ocel 304 + PC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Výkon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72 W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Provozní napětí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12 V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Doba ohřevu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přibližně 5 minut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Baterie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3× článek 18650, 2500 mAh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Ochrana proti chodu nasucho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145 °C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Doba extrakce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60 sekund</w:t>
            </w:r>
          </w:p>
        </w:tc>
      </w:tr>
      <w:tr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EAF1EE"/>
          </w:tcPr>
          <w:p>
            <w:r>
              <w:t>Teplota ohřevu vody</w:t>
            </w:r>
          </w:p>
        </w:tc>
        <w:tc>
          <w:tcPr>
            <w:tcW w:type="dxa" w:w="4986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86 °C</w:t>
            </w:r>
          </w:p>
        </w:tc>
      </w:tr>
    </w:tbl>
    <w:p>
      <w:pPr>
        <w:pStyle w:val="Heading1"/>
      </w:pPr>
      <w:r>
        <w:t>3. Nabíjení</w:t>
      </w:r>
    </w:p>
    <w:p>
      <w:pPr>
        <w:spacing w:after="30"/>
        <w:ind w:left="369" w:hanging="369"/>
      </w:pPr>
      <w:r>
        <w:t>1.  Pokud svítí červená kontrolka, zařízení nabijte.</w:t>
      </w:r>
    </w:p>
    <w:p>
      <w:pPr>
        <w:spacing w:after="30"/>
        <w:ind w:left="369" w:hanging="369"/>
      </w:pPr>
      <w:r>
        <w:t>2.  Během nabíjení svítí červená LED.</w:t>
      </w:r>
    </w:p>
    <w:p>
      <w:pPr>
        <w:spacing w:after="30"/>
        <w:ind w:left="369" w:hanging="369"/>
      </w:pPr>
      <w:r>
        <w:t>3.  Po úplném nabití se rozsvítí zelená LED.</w:t>
      </w:r>
    </w:p>
    <w:p>
      <w:pPr>
        <w:spacing w:after="30"/>
        <w:ind w:left="369" w:hanging="369"/>
      </w:pPr>
      <w:r>
        <w:t>4.  Při nabíjení přes USB nelze zařízení používat, dokud není plně nabité.</w:t>
      </w:r>
    </w:p>
    <w:p>
      <w:pPr>
        <w:pStyle w:val="Heading1"/>
      </w:pPr>
      <w:r>
        <w:t>4. Bezpečnostní upozornění</w:t>
      </w:r>
    </w:p>
    <w:p>
      <w:pPr>
        <w:spacing w:after="30"/>
        <w:ind w:left="369" w:hanging="369"/>
      </w:pPr>
      <w:r>
        <w:t>1.  Během ohřevu se nedotýkejte červené části na víčku.</w:t>
      </w:r>
    </w:p>
    <w:p>
      <w:pPr>
        <w:spacing w:after="30"/>
        <w:ind w:left="369" w:hanging="369"/>
      </w:pPr>
      <w:r>
        <w:t>2.  Během provozu uchovávejte zařízení mimo dosah dětí.</w:t>
      </w:r>
    </w:p>
    <w:p>
      <w:pPr>
        <w:spacing w:after="30"/>
        <w:ind w:left="369" w:hanging="369"/>
      </w:pPr>
      <w:r>
        <w:t>3.  Nikdy nezapínejte ohřev bez vody v nádržce, i když je zařízení vybaveno ochranou proti chodu nasucho.</w:t>
      </w:r>
    </w:p>
    <w:p>
      <w:pPr>
        <w:spacing w:after="30"/>
        <w:ind w:left="369" w:hanging="369"/>
      </w:pPr>
      <w:r>
        <w:t>4.  Při aktivaci ochrany proti přehřátí LED bliká 5 sekund a zařízení vydává zvukový signál.</w:t>
      </w:r>
    </w:p>
    <w:p>
      <w:pPr>
        <w:spacing w:after="30"/>
        <w:ind w:left="369" w:hanging="369"/>
      </w:pPr>
      <w:r>
        <w:t>5.  Po použití zařízení vyčistěte a důkladně osušte.</w:t>
      </w:r>
    </w:p>
    <w:p>
      <w:pPr>
        <w:pStyle w:val="Heading1"/>
      </w:pPr>
      <w:r>
        <w:t>5. Příprava kávy</w:t>
      </w:r>
    </w:p>
    <w:p>
      <w:r>
        <w:t>Zařízení lze používat s velkou kapslí, malou kapslí nebo mletou kávou. Pro extrakci lze použít studenou nebo horkou vodu.</w:t>
      </w:r>
    </w:p>
    <w:p>
      <w:pPr>
        <w:pStyle w:val="Heading2"/>
      </w:pPr>
      <w:r>
        <w:t>Příprava ze studené vody</w:t>
      </w:r>
    </w:p>
    <w:p>
      <w:pPr>
        <w:spacing w:after="30"/>
        <w:ind w:left="369" w:hanging="369"/>
      </w:pPr>
      <w:r>
        <w:t>1.  Sejměte víčko, nalijte studenou vodu do nádržky a víčko zavřete.</w:t>
      </w:r>
    </w:p>
    <w:p>
      <w:pPr>
        <w:spacing w:after="30"/>
        <w:ind w:left="369" w:hanging="369"/>
      </w:pPr>
      <w:r>
        <w:t>2.  Jedním stisknutím tlačítka zkontrolujte stav baterie. Rozsvítí se zelená LED.</w:t>
      </w:r>
    </w:p>
    <w:p>
      <w:pPr>
        <w:spacing w:after="30"/>
        <w:ind w:left="369" w:hanging="369"/>
      </w:pPr>
      <w:r>
        <w:t>3.  Dlouhým stisknutím tlačítka spustíte extrakci studené kávy. Během extrakce bliká zelená LED.</w:t>
      </w:r>
    </w:p>
    <w:p>
      <w:pPr>
        <w:spacing w:after="30"/>
        <w:ind w:left="369" w:hanging="369"/>
      </w:pPr>
      <w:r>
        <w:t>4.  Pokud je stav baterie nižší než 25 %, svítí červená LED.</w:t>
      </w:r>
    </w:p>
    <w:p>
      <w:pPr>
        <w:pStyle w:val="Heading2"/>
      </w:pPr>
      <w:r>
        <w:t>Ohřev studené vody a automatická extrakce</w:t>
      </w:r>
    </w:p>
    <w:p>
      <w:pPr>
        <w:spacing w:after="30"/>
        <w:ind w:left="369" w:hanging="369"/>
      </w:pPr>
      <w:r>
        <w:t>1.  Dvakrát stiskněte tlačítko.</w:t>
      </w:r>
    </w:p>
    <w:p>
      <w:pPr>
        <w:spacing w:after="30"/>
        <w:ind w:left="369" w:hanging="369"/>
      </w:pPr>
      <w:r>
        <w:t>2.  Voda se přibližně za 5 minut ohřeje na 86 °C; oranžová LED pulzuje.</w:t>
      </w:r>
    </w:p>
    <w:p>
      <w:pPr>
        <w:spacing w:after="30"/>
        <w:ind w:left="369" w:hanging="369"/>
      </w:pPr>
      <w:r>
        <w:t>3.  Po dosažení teploty zařízení čtyřikrát pípne.</w:t>
      </w:r>
    </w:p>
    <w:p>
      <w:pPr>
        <w:spacing w:after="30"/>
        <w:ind w:left="369" w:hanging="369"/>
      </w:pPr>
      <w:r>
        <w:t>4.  Poté automaticky spustí extrakci horké kávy po dobu 60 sekund.</w:t>
      </w:r>
    </w:p>
    <w:p>
      <w:pPr>
        <w:pStyle w:val="Heading2"/>
      </w:pPr>
      <w:r>
        <w:t>Příprava z horké vody</w:t>
      </w:r>
    </w:p>
    <w:p>
      <w:pPr>
        <w:spacing w:after="30"/>
        <w:ind w:left="369" w:hanging="369"/>
      </w:pPr>
      <w:r>
        <w:t>1.  Sejměte víčko, nalijte horkou vodu do nádržky a víčko zavřete.</w:t>
      </w:r>
    </w:p>
    <w:p>
      <w:pPr>
        <w:spacing w:after="30"/>
        <w:ind w:left="369" w:hanging="369"/>
      </w:pPr>
      <w:r>
        <w:t>2.  Jedním stisknutím tlačítka zkontrolujte stav baterie.</w:t>
      </w:r>
    </w:p>
    <w:p>
      <w:pPr>
        <w:spacing w:after="30"/>
        <w:ind w:left="369" w:hanging="369"/>
      </w:pPr>
      <w:r>
        <w:t>3.  Dlouhým stisknutím spusťte extrakci horké kávy po dobu 60 sekund.</w:t>
      </w:r>
    </w:p>
    <w:p>
      <w:pPr>
        <w:pStyle w:val="Heading1"/>
      </w:pPr>
      <w:r>
        <w:t>6. Signalizace LED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shd w:fill="3760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Kontrolka</w:t>
            </w:r>
          </w:p>
        </w:tc>
        <w:tc>
          <w:tcPr>
            <w:tcW w:type="dxa" w:w="5556"/>
            <w:shd w:fill="376052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Význam</w:t>
            </w:r>
          </w:p>
        </w:tc>
      </w:tr>
      <w:tr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1EE"/>
          </w:tcPr>
          <w:p>
            <w:r>
              <w:t>Zelená LED</w:t>
            </w:r>
          </w:p>
        </w:tc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Extrakce kávy</w:t>
            </w:r>
          </w:p>
        </w:tc>
      </w:tr>
      <w:tr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1EE"/>
          </w:tcPr>
          <w:p>
            <w:r>
              <w:t>Oranžová pulzující LED</w:t>
            </w:r>
          </w:p>
        </w:tc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Ohřev vody</w:t>
            </w:r>
          </w:p>
        </w:tc>
      </w:tr>
      <w:tr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1EE"/>
          </w:tcPr>
          <w:p>
            <w:r>
              <w:t>Červená LED bliká 5 sekund</w:t>
            </w:r>
          </w:p>
        </w:tc>
        <w:tc>
          <w:tcPr>
            <w:tcW w:type="dxa" w:w="498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r>
              <w:t>Překročený čas ohřevu nebo aktivovaná ochrana zařízení</w:t>
            </w:r>
          </w:p>
        </w:tc>
      </w:tr>
    </w:tbl>
    <w:p>
      <w:pPr>
        <w:pStyle w:val="Heading1"/>
      </w:pPr>
      <w:r>
        <w:t>7. Řešení problémů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rPr>
          <w:tblHeader w:val="true"/>
        </w:trPr>
        <w:tc>
          <w:tcPr>
            <w:tcW w:type="dxa" w:w="2721"/>
            <w:shd w:fill="376052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Problém</w:t>
            </w:r>
          </w:p>
        </w:tc>
        <w:tc>
          <w:tcPr>
            <w:tcW w:type="dxa" w:w="2438"/>
            <w:shd w:fill="376052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Možná příčina</w:t>
            </w:r>
          </w:p>
        </w:tc>
        <w:tc>
          <w:tcPr>
            <w:tcW w:type="dxa" w:w="3798"/>
            <w:shd w:fill="376052"/>
            <w:tcMar>
              <w:top w:w="110" w:type="dxa"/>
              <w:start w:w="110" w:type="dxa"/>
              <w:bottom w:w="110" w:type="dxa"/>
              <w:end w:w="110" w:type="dxa"/>
            </w:tcMar>
          </w:tcPr>
          <w:p>
            <w:pPr>
              <w:jc w:val="center"/>
            </w:pPr>
            <w:r>
              <w:rPr>
                <w:b/>
                <w:color w:val="FFFFFF"/>
              </w:rPr>
              <w:t>Řešení</w:t>
            </w:r>
          </w:p>
        </w:tc>
      </w:tr>
      <w:tr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  <w:shd w:fill="EAF1EE"/>
          </w:tcPr>
          <w:p>
            <w:pPr>
              <w:spacing w:after="0" w:line="240" w:lineRule="auto"/>
            </w:pPr>
            <w:r>
              <w:rPr>
                <w:sz w:val="18"/>
              </w:rPr>
              <w:t>Červená kontrolka svítí 8 sekund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Vybitá baterie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Nabíjejte zařízení 3 až 5 hodin, aby se baterie plně nabila.</w:t>
            </w:r>
          </w:p>
        </w:tc>
      </w:tr>
      <w:tr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  <w:shd w:fill="EAF1EE"/>
          </w:tcPr>
          <w:p>
            <w:pPr>
              <w:spacing w:after="0" w:line="240" w:lineRule="auto"/>
            </w:pPr>
            <w:r>
              <w:rPr>
                <w:sz w:val="18"/>
              </w:rPr>
              <w:t>Červená kontrolka pomalu bliká a zařízení 5 sekund pípá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Doba ohřevu překročila 15 minut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Restartujte zařízení a dvojitým stisknutím tlačítka znovu spusťte ohřev.</w:t>
            </w:r>
          </w:p>
        </w:tc>
      </w:tr>
      <w:tr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  <w:shd w:fill="EAF1EE"/>
          </w:tcPr>
          <w:p>
            <w:pPr>
              <w:spacing w:after="0" w:line="240" w:lineRule="auto"/>
            </w:pPr>
            <w:r>
              <w:rPr>
                <w:sz w:val="18"/>
              </w:rPr>
              <w:t>Červená kontrolka rychle bliká a zařízení pípá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Aktivovala se ochrana proti přehřátí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Sejměte víčko, nechte zařízení 5 minut vychladnout a poté znovu spusťte ohřev dvojitým stisknutím tlačítka.</w:t>
            </w:r>
          </w:p>
        </w:tc>
      </w:tr>
      <w:tr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  <w:shd w:fill="EAF1EE"/>
          </w:tcPr>
          <w:p>
            <w:pPr>
              <w:spacing w:after="0" w:line="240" w:lineRule="auto"/>
            </w:pPr>
            <w:r>
              <w:rPr>
                <w:sz w:val="18"/>
              </w:rPr>
              <w:t>Při extrakci vytéká pouze voda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Kapsle nebyla správně propíchnuta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Držák kapsle pevně dotáhněte až na doraz.</w:t>
            </w:r>
          </w:p>
        </w:tc>
      </w:tr>
      <w:tr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  <w:shd w:fill="EAF1EE"/>
          </w:tcPr>
          <w:p>
            <w:pPr>
              <w:spacing w:after="0" w:line="240" w:lineRule="auto"/>
            </w:pPr>
            <w:r>
              <w:rPr>
                <w:sz w:val="18"/>
              </w:rPr>
              <w:t>V připravené kávě je sedlina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Mletá káva přetekla přes okraj držáku</w:t>
            </w:r>
          </w:p>
        </w:tc>
        <w:tc>
          <w:tcPr>
            <w:tcW w:type="dxa" w:w="3324"/>
            <w:tcMar>
              <w:top w:w="55" w:type="dxa"/>
              <w:start w:w="85" w:type="dxa"/>
              <w:bottom w:w="55" w:type="dxa"/>
              <w:end w:w="85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8"/>
              </w:rPr>
              <w:t>Odstraňte kávu z okraje držáku a mletou kávu rovnoměrně přitlačte lžičkou.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6E6E"/>
        <w:sz w:val="16"/>
      </w:rPr>
      <w:t>Český překlad návodu – KF-JN-02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254A4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37605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b/>
      <w:color w:val="254A4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 w:eastAsia="Aptos"/>
      <w:i/>
      <w:iCs/>
      <w:color w:val="5A5A5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k obsluze – přenosný kávovar KF-JN-02</dc:title>
  <dc:subject>Český překlad návodu k použití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